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Тютикова Варвара Сергеевна</w:t>
      </w:r>
    </w:p>
    <w:p>
      <w:r>
        <w:t>Email: varya.tiunova@list.ru</w:t>
      </w:r>
    </w:p>
    <w:p>
      <w:r>
        <w:t>Телефон: 79082570521</w:t>
      </w:r>
    </w:p>
    <w:p>
      <w:r>
        <w:t>Группа: Юр219</w:t>
      </w:r>
    </w:p>
    <w:p>
      <w:r>
        <w:t>Специальность: Юриспруденция</w:t>
      </w:r>
    </w:p>
    <w:p>
      <w:r>
        <w:t>Средний балл: 4.47</w:t>
      </w:r>
    </w:p>
    <w:p>
      <w:r>
        <w:t>Пунктуальная, усидчивая, ответственная, целеустремленная, креативная, коммуникабельная, обширный опыт работы в различных сферах, занималась профессиональной хореографией 13 лет, продолжаю заниматься спортом, нахожу общий язык с людьми, окружающими меня</w:t>
      </w:r>
    </w:p>
    <w:p>
      <w:pPr>
        <w:pStyle w:val="Heading1"/>
      </w:pPr>
      <w:r>
        <w:t>Личные качества и компетенции</w:t>
      </w:r>
    </w:p>
    <w:p>
      <w:r>
        <w:t>Личные качества: Пунктуальная, усидчивая, ответственная, целеустремленная, креативная, коммуникабельная.</w:t>
      </w:r>
    </w:p>
    <w:p>
      <w:pPr>
        <w:pStyle w:val="Heading2"/>
      </w:pPr>
      <w:r>
        <w:t>Общие компетенции (ОК)</w:t>
      </w:r>
    </w:p>
    <w:p>
      <w:pPr>
        <w:pStyle w:val="ListBullet"/>
      </w:pPr>
      <w:r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</w:r>
    </w:p>
    <w:p>
      <w:pPr>
        <w:pStyle w:val="ListBullet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</w:r>
    </w:p>
    <w:p>
      <w:pPr>
        <w:pStyle w:val="ListBullet"/>
      </w:pPr>
      <w:r>
        <w:t>ОК 11. Планировать предпринимательскую деятельность в профессиональной сфере</w:t>
      </w:r>
    </w:p>
    <w:p>
      <w:pPr>
        <w:pStyle w:val="Heading1"/>
      </w:pPr>
      <w:r>
        <w:t>Прочие навыки</w:t>
      </w:r>
    </w:p>
    <w:p>
      <w:r>
        <w:t>• Коммуникация с общественностью — Продвинутый</w:t>
      </w:r>
    </w:p>
    <w:p>
      <w:r>
        <w:t>• Продажи — Продвинутый</w:t>
      </w:r>
    </w:p>
    <w:p>
      <w:pPr>
        <w:pStyle w:val="Heading1"/>
      </w:pPr>
      <w:r>
        <w:t>Образование</w:t>
      </w:r>
    </w:p>
    <w:p>
      <w:r>
        <w:t>ПФЭК, Юриспруденция (2025—н.в.) — -</w:t>
      </w:r>
    </w:p>
    <w:p>
      <w:pPr>
        <w:pStyle w:val="Heading1"/>
      </w:pPr>
      <w:r>
        <w:t>Опыт</w:t>
      </w:r>
    </w:p>
    <w:p>
      <w:pPr>
        <w:pStyle w:val="Heading3"/>
      </w:pPr>
      <w:r>
        <w:t>Кассир-продавец, Colin's</w:t>
      </w:r>
    </w:p>
    <w:p>
      <w:r>
        <w:t>2024-11-27 — 2025-08-31</w:t>
      </w:r>
    </w:p>
    <w:p>
      <w:r>
        <w:t>Обязанности:</w:t>
        <w:br/>
        <w:br/>
        <w:t>1. Обслуживание клиентов: Приветствие покупателей, помощь в выборе товаров, предоставление информации о продуктах и акциях.</w:t>
        <w:br/>
        <w:t>2. Кассовые операции: Осуществление расчетов с клиентами, работа с кассовым аппаратом, обработка наличных и безналичных платежей.</w:t>
        <w:br/>
        <w:t>3. Учет товара: Контроль наличия товаров на складе и в торговом зале, помощь в инвентаризации.</w:t>
        <w:br/>
        <w:t>4. Поддержание порядка: Обеспечение чистоты и порядка на рабочем месте и в торговом зале.</w:t>
        <w:br/>
        <w:t>5. Работа с возвратами: Обработка возвратов и обменов товаров в соответствии с политикой магазина.</w:t>
        <w:br/>
        <w:t>6. Выполнение планов продаж: Участие в акциях и специальных предложениях, направленных на увеличение продаж.</w:t>
        <w:br/>
        <w:t>7. Командная работа: Сотрудничество с коллегами для достижения общих целей магазина.</w:t>
        <w:br/>
        <w:br/>
        <w:t>Достижения:</w:t>
        <w:br/>
        <w:br/>
        <w:t>1. Увеличение уровня продаж: Успешное выполнение или превышение планов по продажам, что может быть связано с активным предложением товаров, аксессуаров и акций в целом.</w:t>
        <w:br/>
        <w:t>2. Позитивные отзывы клиентов: Получение благодарственных отзывов от клиентов за качественное обслуживание и внимание.</w:t>
        <w:br/>
        <w:t>3. Участие в тренингах: Прохождение обучения и повышение квалификации, что способствует улучшению профессиональных навыков.</w:t>
      </w:r>
    </w:p>
    <w:p>
      <w:pPr>
        <w:pStyle w:val="Heading3"/>
      </w:pPr>
      <w:r>
        <w:t>Продавец-консультант, Магазин NashLosь</w:t>
      </w:r>
    </w:p>
    <w:p>
      <w:r>
        <w:t>2024-09-30 — 2024-11-13</w:t>
      </w:r>
    </w:p>
    <w:p>
      <w:r>
        <w:t>Обязанности:</w:t>
        <w:br/>
        <w:br/>
        <w:t>1) Консультирование клиентов по вопросам выбора и сочетания одежды, с учетом актуальных модных тенденций.</w:t>
        <w:br/>
        <w:t>2) Поддержание высокого уровня обслуживания клиентов, создание комфортной атмосферы в магазине.</w:t>
        <w:br/>
        <w:t>3) Проведение презентаций и демонстраций продукции, помощь в создании образов для клиентов.</w:t>
        <w:br/>
        <w:t>4) Обработка заказов и оформление продаж, работа с кассовым аппаратом.</w:t>
        <w:br/>
        <w:t>5) Ведение учета и контроль наличия товаров на складе, участие в инвентаризациях.</w:t>
        <w:br/>
        <w:t>6) Сбор и анализ отзывов клиентов для улучшения качества обслуживания и ассортимента.</w:t>
        <w:br/>
        <w:t>7) Поддержание порядка и эстетического вида торгового зала.</w:t>
      </w:r>
    </w:p>
    <w:p>
      <w:pPr>
        <w:pStyle w:val="Heading3"/>
      </w:pPr>
      <w:r>
        <w:t>Менеджер по поставке металлопроката в РФ и странах СНГ, ООО БВБ-Альянс</w:t>
      </w:r>
    </w:p>
    <w:p>
      <w:r>
        <w:t>2024-07-05 — 2024-09-27</w:t>
      </w:r>
    </w:p>
    <w:p>
      <w:r>
        <w:t>Обязанности:</w:t>
        <w:br/>
        <w:br/>
        <w:t>1) Разработка и реализация стратегий продаж металлопроката на российском и СНГ рынках.</w:t>
        <w:br/>
        <w:t>2) Поиск и привлечение новых клиентов, поддержание и развитие отношений с существующими партнерами.</w:t>
        <w:br/>
        <w:t>3) Проведение переговоров и заключение договоров на поставку металлопроката.</w:t>
        <w:br/>
        <w:t>4) Анализ рынка, мониторинг цен и конкурентной среды для оптимизации ценовой политики.</w:t>
        <w:br/>
        <w:t>5) Подготовка коммерческих предложений, расчет стоимости и условий поставки.</w:t>
        <w:br/>
        <w:t>6) Координация процесса выполнения заказов, включая взаимодействие с логистическими и производственными подразделениями.</w:t>
        <w:br/>
        <w:t>7) Сбор и анализ обратной связи от клиентов для улучшения качества обслуживания и предложения новых решений.</w:t>
        <w:br/>
        <w:t>8) Подготовка отчетности по продажам и прогнозирование объемов продаж.</w:t>
      </w:r>
    </w:p>
    <w:p>
      <w:pPr>
        <w:pStyle w:val="Heading3"/>
      </w:pPr>
      <w:r>
        <w:t>Инструктор, Активити парк Sky Trip</w:t>
      </w:r>
    </w:p>
    <w:p>
      <w:r>
        <w:t>2023-06-02 — 2023-07-19</w:t>
      </w:r>
    </w:p>
    <w:p>
      <w:r>
        <w:t>Обязанности:</w:t>
        <w:br/>
        <w:br/>
        <w:t>1) Проведение инструктажей и обучение посетителей безопасному использованию аттракционов и снаряжения.</w:t>
        <w:br/>
        <w:t>2) Обеспечение соблюдения правил безопасности и норм поведения на территории парка.</w:t>
        <w:br/>
        <w:t>3) Помощь посетителям в преодолении препятствий и выполнении заданий на различных уровнях сложности.</w:t>
        <w:br/>
        <w:t>4) Оценка состояния оборудования и снаряжения, проведение регулярных проверок.</w:t>
        <w:br/>
        <w:t>5) Поддержание чистоты и порядка на территории парка.</w:t>
        <w:br/>
        <w:t>6) Обратная связь с посетителями для улучшения качества услуг и повышения уровня безопасности.</w:t>
      </w:r>
    </w:p>
    <w:p>
      <w:pPr>
        <w:pStyle w:val="Heading3"/>
      </w:pPr>
      <w:r>
        <w:t>Повар-кассир, Кафе еда Habibi</w:t>
      </w:r>
    </w:p>
    <w:p>
      <w:r>
        <w:t>2022-06-08 — 2022-07-24</w:t>
      </w:r>
    </w:p>
    <w:p>
      <w:r>
        <w:t>Обязанности:</w:t>
        <w:br/>
        <w:br/>
        <w:t>1) Приготовление пиццы и других блюд согласно установленным рецептам и стандартам качества.</w:t>
        <w:br/>
        <w:t>2) Обеспечение высокого уровня обслуживания клиентов на кассе, включая прием заказов и расчет.</w:t>
        <w:br/>
        <w:t>3) Поддержание чистоты и порядка на рабочем месте, соблюдение санитарных норм и правил гигиены.</w:t>
        <w:br/>
        <w:t>4) Взаимодействие с клиентами для предоставления информации о меню и рекомендаций по выбору блюд.</w:t>
        <w:br/>
        <w:t>5) Контроль наличия ингредиентов и своевременное пополнение запасов.</w:t>
        <w:br/>
        <w:t>6) Участие в разработке новых рецептов и акций для привлечения клиентов.</w:t>
        <w:br/>
        <w:t>7) Обработка и разрешение жалоб и предложений клиентов для улучшения качества обслуживания.</w:t>
      </w:r>
    </w:p>
    <w:p>
      <w:pPr>
        <w:pStyle w:val="Heading1"/>
      </w:pPr>
      <w:r>
        <w:t>Достижения</w:t>
      </w:r>
    </w:p>
    <w:p>
      <w:r>
        <w:t>Профессиональная хореография — Высший (2025-01-08), Ансамбль народного танца «Рябинушка»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