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Коробейникова Александра Анатолтевна</w:t>
      </w:r>
    </w:p>
    <w:p>
      <w:r>
        <w:t>Email: sashakorobrinikova@gmail.com</w:t>
      </w:r>
    </w:p>
    <w:p>
      <w:r>
        <w:t>Телефон: 89082792025</w:t>
      </w:r>
    </w:p>
    <w:p>
      <w:r>
        <w:t>Группа: 207</w:t>
      </w:r>
    </w:p>
    <w:p>
      <w:r>
        <w:t>Специальность: Юриспруденция</w:t>
      </w:r>
    </w:p>
    <w:p>
      <w:r>
        <w:t>Средний балл: 4.00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Коммуникабельна, поставлена речь, стрессоустойчивая, спокойная, грамотна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01. Выбирать способы решения задач профессиональной деятельности применительно к различным контекстам</w:t>
      </w:r>
    </w:p>
    <w:p>
      <w:pPr>
        <w:pStyle w:val="ListBullet"/>
      </w:pPr>
      <w:r>
        <w:t>ОК 04. Эффективно взаимодействовать и работать в коллективе и команде</w:t>
      </w:r>
    </w:p>
    <w:p>
      <w:pPr>
        <w:pStyle w:val="ListBullet"/>
      </w:pPr>
      <w:r>
        <w:t>ОК 09. Использовать информационные технологии в профессиональной деятельности</w:t>
      </w:r>
    </w:p>
    <w:p>
      <w:pPr>
        <w:pStyle w:val="ListBullet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</w:p>
    <w:p>
      <w:pPr>
        <w:pStyle w:val="Heading1"/>
      </w:pPr>
      <w:r>
        <w:t>Прочие навыки</w:t>
      </w:r>
    </w:p>
    <w:p>
      <w:r>
        <w:t>• Состав документации, консультировать — Средний</w:t>
      </w:r>
    </w:p>
    <w:p>
      <w:pPr>
        <w:pStyle w:val="Heading1"/>
      </w:pPr>
      <w:r>
        <w:t>Образование</w:t>
      </w:r>
    </w:p>
    <w:p>
      <w:r>
        <w:t>Пермский финансово экономический колледж, Юриспруденция (2024—н.в.)</w:t>
      </w:r>
    </w:p>
    <w:p>
      <w:pPr>
        <w:pStyle w:val="Heading1"/>
      </w:pPr>
      <w:r>
        <w:t>Опыт</w:t>
      </w:r>
    </w:p>
    <w:p>
      <w:pPr>
        <w:pStyle w:val="Heading3"/>
      </w:pPr>
      <w:r>
        <w:t>Менеджер, Ип ТИПОграфия</w:t>
      </w:r>
    </w:p>
    <w:p>
      <w:r>
        <w:t>2025-11-06 — н.в.</w:t>
      </w:r>
    </w:p>
    <w:p>
      <w:r>
        <w:t>Менеджер по ответам на сообщение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