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Журавлева Анастасия Дмитриевна</w:t>
      </w:r>
    </w:p>
    <w:p>
      <w:r>
        <w:t>Email: a.gur08@mail.ru</w:t>
      </w:r>
    </w:p>
    <w:p>
      <w:r>
        <w:t>Телефон: 89523329103</w:t>
      </w:r>
    </w:p>
    <w:p>
      <w:r>
        <w:t>Группа: 207</w:t>
      </w:r>
    </w:p>
    <w:p>
      <w:r>
        <w:t>Специальность: Юриспруденция</w:t>
      </w:r>
    </w:p>
    <w:p>
      <w:r>
        <w:t>Средний балл: 4.30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Ответственная , пунктуальная, коммуникабельная, владею навыками Microsoft Word, Microsoft excel, power point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09. Использовать информационные технологии в профессиональной деятельности</w:t>
      </w:r>
    </w:p>
    <w:p>
      <w:pPr>
        <w:pStyle w:val="ListBullet"/>
      </w:pPr>
      <w:r>
        <w:t>ОК 10. Пользоваться профессиональной документацией на государственном и иностранном языках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