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Пономарева Полина Николаевна</w:t>
      </w:r>
    </w:p>
    <w:p>
      <w:r>
        <w:t>Email: ponomar3ww@yandex.ru</w:t>
      </w:r>
    </w:p>
    <w:p>
      <w:r>
        <w:t>Группа: 219</w:t>
      </w:r>
    </w:p>
    <w:p>
      <w:r>
        <w:t>Специальность: Юрист</w:t>
      </w:r>
    </w:p>
    <w:p>
      <w:r>
        <w:t>Средний балл: 3.84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Добрая, ответственная, пунктуальная, трудолюбивая</w:t>
      </w:r>
    </w:p>
    <w:p>
      <w:pPr>
        <w:pStyle w:val="Heading1"/>
      </w:pPr>
      <w:r>
        <w:t>Образование</w:t>
      </w:r>
    </w:p>
    <w:p>
      <w:r>
        <w:t>ПФЭК, Юридический (2025—н.в.) — Среднее образование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