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Максиева Элина Фликсовна</w:t>
      </w:r>
    </w:p>
    <w:p>
      <w:r>
        <w:t>Email: test@mail.ru</w:t>
      </w:r>
    </w:p>
    <w:p>
      <w:r>
        <w:t>Телефон: 89124567898</w:t>
      </w:r>
    </w:p>
    <w:p>
      <w:r>
        <w:t>Группа: 411 ИСП</w:t>
      </w:r>
    </w:p>
    <w:p>
      <w:r>
        <w:t>Специальность: 09.02.07 Информационные системы и программирование</w:t>
      </w:r>
    </w:p>
    <w:p>
      <w:r>
        <w:t>Средний балл: 3.80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tsкуцк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1.1. Обрабатывать первичные бухгалтерские документы</w:t>
      </w:r>
    </w:p>
    <w:p>
      <w:pPr>
        <w:pStyle w:val="ListBullet"/>
      </w:pPr>
      <w:r>
        <w:t>ПК 1.3. Проводить учёт денежных средств, оформлять денежные и кассовые документы</w:t>
      </w:r>
    </w:p>
    <w:p>
      <w:pPr>
        <w:pStyle w:val="ListBullet"/>
      </w:pPr>
      <w:r>
        <w:t>ПК 2.3. Проводить инвентаризацию имущества и обязательств</w:t>
      </w:r>
    </w:p>
    <w:p>
      <w:pPr>
        <w:pStyle w:val="ListBullet"/>
      </w:pPr>
      <w:r>
        <w:t>ПК 2.6. Составлять бухгалтерскую (финансовую) отчётность</w:t>
      </w:r>
    </w:p>
    <w:p>
      <w:pPr>
        <w:pStyle w:val="Heading1"/>
      </w:pPr>
      <w:r>
        <w:t>Прочие навыки</w:t>
      </w:r>
    </w:p>
    <w:p>
      <w:r>
        <w:t>• 213 — Средний</w:t>
      </w:r>
    </w:p>
    <w:p>
      <w:pPr>
        <w:pStyle w:val="Heading1"/>
      </w:pPr>
      <w:r>
        <w:t>Образование</w:t>
      </w:r>
    </w:p>
    <w:p>
      <w:r>
        <w:t>`12, 123 (12312—н.в.) — 123</w:t>
      </w:r>
    </w:p>
    <w:p>
      <w:pPr>
        <w:pStyle w:val="Heading1"/>
      </w:pPr>
      <w:r>
        <w:t>Опыт</w:t>
      </w:r>
    </w:p>
    <w:p>
      <w:pPr>
        <w:pStyle w:val="Heading3"/>
      </w:pPr>
      <w:r>
        <w:t>123, 123</w:t>
      </w:r>
    </w:p>
    <w:p>
      <w:r>
        <w:t>1231-03-12 — н.в.</w:t>
      </w:r>
    </w:p>
    <w:p>
      <w:r>
        <w:t>123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https://www.google.com/</w:t>
      </w:r>
    </w:p>
    <w:p>
      <w:r>
        <w:t>Личный проект</w:t>
      </w:r>
    </w:p>
    <w:p>
      <w:r>
        <w:t>https://www.google.com/</w:t>
      </w:r>
    </w:p>
    <w:p>
      <w:pPr>
        <w:pStyle w:val="Heading1"/>
      </w:pPr>
      <w:r>
        <w:t>Достижения</w:t>
      </w:r>
    </w:p>
    <w:p>
      <w:r>
        <w:t>1 — 1 (2026-03-12),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