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Иванов Иван Иванович</w:t>
      </w:r>
    </w:p>
    <w:p>
      <w:r>
        <w:t>Email: qa.student@portfolio.test</w:t>
      </w:r>
    </w:p>
    <w:p>
      <w:r>
        <w:t>Телефон: +79990000000</w:t>
      </w:r>
    </w:p>
    <w:p>
      <w:r>
        <w:t>Группа: ТЕСТ-01</w:t>
      </w:r>
    </w:p>
    <w:p>
      <w:r>
        <w:t>Специальность: Программная инженерия</w:t>
      </w:r>
    </w:p>
    <w:p>
      <w:r>
        <w:t>Тестовый профиль</w:t>
      </w:r>
    </w:p>
    <w:p>
      <w:pPr>
        <w:pStyle w:val="Heading1"/>
      </w:pPr>
      <w:r>
        <w:t>Ключевые навыки (по вакансии)</w:t>
      </w:r>
    </w:p>
    <w:p>
      <w:r>
        <w:t>• Django — Продвинутый</w:t>
      </w:r>
    </w:p>
    <w:p>
      <w:pPr>
        <w:pStyle w:val="Heading1"/>
      </w:pPr>
      <w:r>
        <w:t>Образование</w:t>
      </w:r>
    </w:p>
    <w:p>
      <w:r>
        <w:t>Тестовый ВУЗ, Информатика (2022—2026) — Бакалавр</w:t>
      </w:r>
    </w:p>
    <w:p>
      <w:pPr>
        <w:pStyle w:val="Heading1"/>
      </w:pPr>
      <w:r>
        <w:t>Проекты (релевантные)</w:t>
      </w:r>
    </w:p>
    <w:p>
      <w:pPr>
        <w:pStyle w:val="Heading3"/>
      </w:pPr>
      <w:r>
        <w:t>Портфолио</w:t>
      </w:r>
    </w:p>
    <w:p>
      <w:r>
        <w:t>Личный проект</w:t>
      </w:r>
    </w:p>
    <w:p>
      <w:r>
        <w:t>Описание проекта</w:t>
      </w:r>
    </w:p>
    <w:p>
      <w:r>
        <w:t>Технологии: Python, Django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