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test test</w:t>
      </w:r>
    </w:p>
    <w:p>
      <w:r>
        <w:t>Email: test@mail.ru</w:t>
      </w:r>
    </w:p>
    <w:p>
      <w:r>
        <w:t>Группа: test</w:t>
      </w:r>
    </w:p>
    <w:p>
      <w:r>
        <w:t>Специальность: 123</w:t>
      </w:r>
    </w:p>
    <w:p>
      <w:r>
        <w:t>Средний балл: 0.04</w:t>
      </w:r>
    </w:p>
    <w:p>
      <w:pPr>
        <w:pStyle w:val="Heading1"/>
      </w:pPr>
      <w:r>
        <w:t>Прочие навыки</w:t>
      </w:r>
    </w:p>
    <w:p>
      <w:r>
        <w:t>• 213 — Средний</w:t>
      </w:r>
    </w:p>
    <w:p>
      <w:pPr>
        <w:pStyle w:val="Heading1"/>
      </w:pPr>
      <w:r>
        <w:t>Образование</w:t>
      </w:r>
    </w:p>
    <w:p>
      <w:r>
        <w:t>`12, 123 (12312—н.в.) — 123</w:t>
      </w:r>
    </w:p>
    <w:p>
      <w:pPr>
        <w:pStyle w:val="Heading1"/>
      </w:pPr>
      <w:r>
        <w:t>Опыт</w:t>
      </w:r>
    </w:p>
    <w:p>
      <w:pPr>
        <w:pStyle w:val="Heading3"/>
      </w:pPr>
      <w:r>
        <w:t>123, 123</w:t>
      </w:r>
    </w:p>
    <w:p>
      <w:r>
        <w:t>1231-03-12 — н.в.</w:t>
      </w:r>
    </w:p>
    <w:p>
      <w:r>
        <w:t>123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https://www.google.com/</w:t>
      </w:r>
    </w:p>
    <w:p>
      <w:r>
        <w:t>Личный проект</w:t>
      </w:r>
    </w:p>
    <w:p>
      <w:r>
        <w:t>https://www.google.com/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