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 test test</w:t>
      </w:r>
    </w:p>
    <w:p>
      <w:r>
        <w:t>Email: test@mail.ru</w:t>
      </w:r>
    </w:p>
    <w:p>
      <w:r>
        <w:t>Группа: test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